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CB5A" w14:textId="77777777" w:rsidR="00677850" w:rsidRPr="009462CA" w:rsidRDefault="009C1DC2">
      <w:pPr>
        <w:jc w:val="center"/>
        <w:rPr>
          <w:lang w:val="es-BO"/>
        </w:rPr>
      </w:pPr>
      <w:r w:rsidRPr="009462CA">
        <w:rPr>
          <w:b/>
          <w:color w:val="1F4E79"/>
          <w:sz w:val="28"/>
          <w:lang w:val="es-BO"/>
        </w:rPr>
        <w:t>RESPUESTAS A CONSULTAS ESCRITAS</w:t>
      </w:r>
    </w:p>
    <w:p w14:paraId="33E0F611" w14:textId="1FA42981" w:rsidR="00677850" w:rsidRPr="009462CA" w:rsidRDefault="009C1DC2">
      <w:pPr>
        <w:jc w:val="center"/>
        <w:rPr>
          <w:lang w:val="es-BO"/>
        </w:rPr>
      </w:pPr>
      <w:r w:rsidRPr="009462CA">
        <w:rPr>
          <w:i/>
          <w:color w:val="595959"/>
          <w:lang w:val="es-BO"/>
        </w:rPr>
        <w:t xml:space="preserve">Proceso No </w:t>
      </w:r>
      <w:r w:rsidR="0059097F" w:rsidRPr="0059097F">
        <w:rPr>
          <w:i/>
          <w:color w:val="595959"/>
          <w:lang w:val="es-BO"/>
        </w:rPr>
        <w:t>7000017642</w:t>
      </w:r>
    </w:p>
    <w:p w14:paraId="584CB0C2" w14:textId="77777777" w:rsidR="00677850" w:rsidRPr="009462CA" w:rsidRDefault="00677850">
      <w:pPr>
        <w:rPr>
          <w:lang w:val="es-B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19"/>
        <w:gridCol w:w="1389"/>
        <w:gridCol w:w="2203"/>
        <w:gridCol w:w="4573"/>
        <w:gridCol w:w="4066"/>
      </w:tblGrid>
      <w:tr w:rsidR="00677850" w14:paraId="0F1DCEB5" w14:textId="77777777" w:rsidTr="588E4E83">
        <w:tc>
          <w:tcPr>
            <w:tcW w:w="720" w:type="dxa"/>
            <w:shd w:val="clear" w:color="auto" w:fill="1F4E7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125E05D" w14:textId="77777777" w:rsidR="00677850" w:rsidRDefault="009C1DC2">
            <w:pPr>
              <w:jc w:val="center"/>
            </w:pPr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w="1389" w:type="dxa"/>
            <w:shd w:val="clear" w:color="auto" w:fill="1F4E7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51D1A1C" w14:textId="77777777" w:rsidR="00677850" w:rsidRDefault="009C1DC2">
            <w:pPr>
              <w:jc w:val="center"/>
            </w:pPr>
            <w:r>
              <w:rPr>
                <w:b/>
                <w:color w:val="FFFFFF"/>
                <w:sz w:val="20"/>
              </w:rPr>
              <w:t>OFERENTE</w:t>
            </w:r>
          </w:p>
        </w:tc>
        <w:tc>
          <w:tcPr>
            <w:tcW w:w="2212" w:type="dxa"/>
            <w:shd w:val="clear" w:color="auto" w:fill="1F4E7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87FAB90" w14:textId="77777777" w:rsidR="00677850" w:rsidRDefault="009C1DC2">
            <w:pPr>
              <w:jc w:val="center"/>
            </w:pPr>
            <w:r>
              <w:rPr>
                <w:b/>
                <w:color w:val="FFFFFF"/>
                <w:sz w:val="20"/>
              </w:rPr>
              <w:t>TIPO DE CONSULTA</w:t>
            </w:r>
          </w:p>
        </w:tc>
        <w:tc>
          <w:tcPr>
            <w:tcW w:w="4608" w:type="dxa"/>
            <w:shd w:val="clear" w:color="auto" w:fill="1F4E7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4E5BC35" w14:textId="77777777" w:rsidR="00677850" w:rsidRDefault="009C1DC2">
            <w:pPr>
              <w:jc w:val="center"/>
            </w:pPr>
            <w:r>
              <w:rPr>
                <w:b/>
                <w:color w:val="FFFFFF"/>
                <w:sz w:val="20"/>
              </w:rPr>
              <w:t>CONSULTA</w:t>
            </w:r>
          </w:p>
        </w:tc>
        <w:tc>
          <w:tcPr>
            <w:tcW w:w="4091" w:type="dxa"/>
            <w:shd w:val="clear" w:color="auto" w:fill="1F4E7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C7211B4" w14:textId="77777777" w:rsidR="00677850" w:rsidRDefault="009C1DC2">
            <w:pPr>
              <w:jc w:val="center"/>
            </w:pPr>
            <w:r>
              <w:rPr>
                <w:b/>
                <w:color w:val="FFFFFF"/>
                <w:sz w:val="20"/>
              </w:rPr>
              <w:t>RESPUESTA</w:t>
            </w:r>
          </w:p>
        </w:tc>
      </w:tr>
      <w:tr w:rsidR="00677850" w:rsidRPr="00366A74" w14:paraId="4A4A58CE" w14:textId="77777777" w:rsidTr="588E4E83">
        <w:tc>
          <w:tcPr>
            <w:tcW w:w="72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8F9E98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1</w:t>
            </w:r>
          </w:p>
        </w:tc>
        <w:tc>
          <w:tcPr>
            <w:tcW w:w="1389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1C3E078" w14:textId="77777777" w:rsidR="00677850" w:rsidRDefault="009C1DC2">
            <w:pPr>
              <w:jc w:val="center"/>
            </w:pPr>
            <w:proofErr w:type="spellStart"/>
            <w:r>
              <w:rPr>
                <w:color w:val="282828"/>
                <w:sz w:val="19"/>
              </w:rPr>
              <w:t>Oferente</w:t>
            </w:r>
            <w:proofErr w:type="spellEnd"/>
            <w:r>
              <w:rPr>
                <w:color w:val="282828"/>
                <w:sz w:val="19"/>
              </w:rPr>
              <w:t xml:space="preserve"> 1</w:t>
            </w:r>
          </w:p>
        </w:tc>
        <w:tc>
          <w:tcPr>
            <w:tcW w:w="221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2873EBA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Técnica</w:t>
            </w:r>
          </w:p>
        </w:tc>
        <w:tc>
          <w:tcPr>
            <w:tcW w:w="4608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97E250A" w14:textId="2D605269" w:rsidR="00677850" w:rsidRPr="00E40B85" w:rsidRDefault="00E40B85" w:rsidP="00E40B85">
            <w:pPr>
              <w:rPr>
                <w:sz w:val="20"/>
                <w:szCs w:val="20"/>
                <w:lang w:val="es-BO"/>
              </w:rPr>
            </w:pPr>
            <w:r w:rsidRPr="00E40B85">
              <w:rPr>
                <w:sz w:val="20"/>
                <w:szCs w:val="20"/>
                <w:lang w:val="es-BO"/>
              </w:rPr>
              <w:t>En lo referido, al proceso de referencia, para el lote 6 se refiere al área a cubrir. Al respecto, con el fin de hacer el cálculo correcto de la cantidad de calaminas que se necesitan, agradeceré saber el largo y ancho en metros por favor.</w:t>
            </w:r>
          </w:p>
        </w:tc>
        <w:tc>
          <w:tcPr>
            <w:tcW w:w="409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75F9E58" w14:textId="24A456FE" w:rsidR="00677850" w:rsidRPr="003047F2" w:rsidRDefault="00366A74">
            <w:pPr>
              <w:rPr>
                <w:lang w:val="es-BO"/>
              </w:rPr>
            </w:pPr>
            <w:r>
              <w:rPr>
                <w:lang w:val="es-BO"/>
              </w:rPr>
              <w:t>El área solicitada debe ser estimada considerando el largo y ancho de las calaminas propuestas, sin considerar cortes, traslapes ni otras modificaciones.</w:t>
            </w:r>
          </w:p>
        </w:tc>
      </w:tr>
      <w:tr w:rsidR="00677850" w:rsidRPr="003047F2" w14:paraId="5898B40A" w14:textId="77777777" w:rsidTr="588E4E83">
        <w:tc>
          <w:tcPr>
            <w:tcW w:w="720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13DB194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2</w:t>
            </w:r>
          </w:p>
        </w:tc>
        <w:tc>
          <w:tcPr>
            <w:tcW w:w="1389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6D22CF7" w14:textId="0DFC36D5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813F465" w14:textId="1EA729D3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093996A" w14:textId="42890C3C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9713F5E" w14:textId="0587B720" w:rsidR="00677850" w:rsidRPr="009462CA" w:rsidRDefault="00677850">
            <w:pPr>
              <w:rPr>
                <w:lang w:val="es-BO"/>
              </w:rPr>
            </w:pPr>
          </w:p>
        </w:tc>
      </w:tr>
      <w:tr w:rsidR="00677850" w:rsidRPr="003047F2" w14:paraId="2724332A" w14:textId="77777777" w:rsidTr="588E4E83">
        <w:tc>
          <w:tcPr>
            <w:tcW w:w="72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53FDAFE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3</w:t>
            </w:r>
          </w:p>
        </w:tc>
        <w:tc>
          <w:tcPr>
            <w:tcW w:w="1389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DC129AD" w14:textId="77883A29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6689ECC" w14:textId="162DD670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6A0E6DA" w14:textId="13148B39" w:rsidR="00677850" w:rsidRDefault="00677850"/>
        </w:tc>
        <w:tc>
          <w:tcPr>
            <w:tcW w:w="409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5C524DD" w14:textId="1FD03F2E" w:rsidR="00677850" w:rsidRPr="00276BCB" w:rsidRDefault="00677850">
            <w:pPr>
              <w:rPr>
                <w:lang w:val="es-PY"/>
              </w:rPr>
            </w:pPr>
          </w:p>
        </w:tc>
      </w:tr>
      <w:tr w:rsidR="00677850" w:rsidRPr="003047F2" w14:paraId="120D47D9" w14:textId="77777777" w:rsidTr="588E4E83">
        <w:tc>
          <w:tcPr>
            <w:tcW w:w="720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2CB95EB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4</w:t>
            </w:r>
          </w:p>
        </w:tc>
        <w:tc>
          <w:tcPr>
            <w:tcW w:w="1389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7433309" w14:textId="4B4A7629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809B1DD" w14:textId="4413EBD0" w:rsidR="00677850" w:rsidRPr="00C27D45" w:rsidRDefault="00677850">
            <w:pPr>
              <w:jc w:val="center"/>
              <w:rPr>
                <w:highlight w:val="yellow"/>
              </w:rPr>
            </w:pPr>
          </w:p>
        </w:tc>
        <w:tc>
          <w:tcPr>
            <w:tcW w:w="460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6F96412" w14:textId="67BFCC77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880D8E3" w14:textId="00CA30D3" w:rsidR="00677850" w:rsidRPr="009462CA" w:rsidRDefault="00677850" w:rsidP="00306621">
            <w:pPr>
              <w:rPr>
                <w:lang w:val="es-BO"/>
              </w:rPr>
            </w:pPr>
          </w:p>
        </w:tc>
      </w:tr>
      <w:tr w:rsidR="00677850" w:rsidRPr="003047F2" w14:paraId="7920F820" w14:textId="77777777" w:rsidTr="588E4E83">
        <w:tc>
          <w:tcPr>
            <w:tcW w:w="72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289F8F8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5</w:t>
            </w:r>
          </w:p>
        </w:tc>
        <w:tc>
          <w:tcPr>
            <w:tcW w:w="1389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2211138" w14:textId="11BD313F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99E63FD" w14:textId="0F9CE9AC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C6EC828" w14:textId="626674D5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101B246" w14:textId="02A3D672" w:rsidR="00677850" w:rsidRPr="009462CA" w:rsidRDefault="00677850">
            <w:pPr>
              <w:rPr>
                <w:lang w:val="es-BO"/>
              </w:rPr>
            </w:pPr>
          </w:p>
        </w:tc>
      </w:tr>
      <w:tr w:rsidR="00677850" w:rsidRPr="00276BCB" w14:paraId="6D422351" w14:textId="77777777" w:rsidTr="588E4E83">
        <w:tc>
          <w:tcPr>
            <w:tcW w:w="720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DBD585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6</w:t>
            </w:r>
          </w:p>
        </w:tc>
        <w:tc>
          <w:tcPr>
            <w:tcW w:w="1389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C9B0664" w14:textId="6E3CD591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250F136" w14:textId="208D77E2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6428383" w14:textId="65D46758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0BC2773" w14:textId="2216F57C" w:rsidR="00677850" w:rsidRPr="009462CA" w:rsidRDefault="00677850" w:rsidP="57C533AB"/>
        </w:tc>
      </w:tr>
      <w:tr w:rsidR="00677850" w:rsidRPr="003047F2" w14:paraId="2FD112A7" w14:textId="77777777" w:rsidTr="588E4E83">
        <w:tc>
          <w:tcPr>
            <w:tcW w:w="72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D51D1A4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7</w:t>
            </w:r>
          </w:p>
        </w:tc>
        <w:tc>
          <w:tcPr>
            <w:tcW w:w="1389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6E433C1" w14:textId="4AB8A7BC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BA24F46" w14:textId="16F83291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CC81A4D" w14:textId="7E08141A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3A5EF11" w14:textId="2EDA0BEB" w:rsidR="00677850" w:rsidRPr="009462CA" w:rsidRDefault="00677850">
            <w:pPr>
              <w:rPr>
                <w:lang w:val="es-BO"/>
              </w:rPr>
            </w:pPr>
          </w:p>
        </w:tc>
      </w:tr>
      <w:tr w:rsidR="00677850" w:rsidRPr="003047F2" w14:paraId="399986FD" w14:textId="77777777" w:rsidTr="588E4E83">
        <w:tc>
          <w:tcPr>
            <w:tcW w:w="720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2C56258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8</w:t>
            </w:r>
          </w:p>
        </w:tc>
        <w:tc>
          <w:tcPr>
            <w:tcW w:w="1389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95A7CFE" w14:textId="094F344B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F7A10DD" w14:textId="6CCCD689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8E5D10B" w14:textId="2A67D7C1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39155E8" w14:textId="2907C6F1" w:rsidR="00677850" w:rsidRPr="009462CA" w:rsidRDefault="00677850">
            <w:pPr>
              <w:rPr>
                <w:lang w:val="es-BO"/>
              </w:rPr>
            </w:pPr>
          </w:p>
        </w:tc>
      </w:tr>
      <w:tr w:rsidR="00677850" w:rsidRPr="003047F2" w14:paraId="3DB77291" w14:textId="77777777" w:rsidTr="588E4E83">
        <w:tc>
          <w:tcPr>
            <w:tcW w:w="72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1DC6C5B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9</w:t>
            </w:r>
          </w:p>
        </w:tc>
        <w:tc>
          <w:tcPr>
            <w:tcW w:w="1389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035ADBD" w14:textId="19D9631B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656D47E" w14:textId="2F8B9B81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C22E5BF" w14:textId="149B940E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1D4D9E1" w14:textId="3E95D1BA" w:rsidR="00677850" w:rsidRPr="009462CA" w:rsidRDefault="00677850">
            <w:pPr>
              <w:rPr>
                <w:sz w:val="18"/>
                <w:szCs w:val="18"/>
                <w:lang w:val="es-BO"/>
              </w:rPr>
            </w:pPr>
          </w:p>
        </w:tc>
      </w:tr>
      <w:tr w:rsidR="00677850" w:rsidRPr="003047F2" w14:paraId="5DF0658F" w14:textId="77777777" w:rsidTr="588E4E83">
        <w:tc>
          <w:tcPr>
            <w:tcW w:w="720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1B2F8BF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10</w:t>
            </w:r>
          </w:p>
        </w:tc>
        <w:tc>
          <w:tcPr>
            <w:tcW w:w="1389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9FD8996" w14:textId="56EA7270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E93FCEF" w14:textId="2DD81D58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E5B3490" w14:textId="78F01810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BFC6D0D" w14:textId="428EBCDC" w:rsidR="00677850" w:rsidRPr="009462CA" w:rsidRDefault="00677850" w:rsidP="00C6201F">
            <w:pPr>
              <w:rPr>
                <w:lang w:val="es-BO"/>
              </w:rPr>
            </w:pPr>
          </w:p>
        </w:tc>
      </w:tr>
      <w:tr w:rsidR="00677850" w:rsidRPr="003047F2" w14:paraId="2EA4D32E" w14:textId="77777777" w:rsidTr="588E4E83">
        <w:tc>
          <w:tcPr>
            <w:tcW w:w="72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A7516FB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11</w:t>
            </w:r>
          </w:p>
        </w:tc>
        <w:tc>
          <w:tcPr>
            <w:tcW w:w="1389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8FF9AF0" w14:textId="49D69C03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0E7B769" w14:textId="31BD64F3" w:rsidR="00677850" w:rsidRPr="002B5A87" w:rsidRDefault="00677850">
            <w:pPr>
              <w:jc w:val="center"/>
            </w:pPr>
          </w:p>
        </w:tc>
        <w:tc>
          <w:tcPr>
            <w:tcW w:w="4608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4742944" w14:textId="70DEE328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75FBB64" w14:textId="6F497A1F" w:rsidR="00677850" w:rsidRPr="009462CA" w:rsidRDefault="00677850" w:rsidP="002B5A87">
            <w:pPr>
              <w:rPr>
                <w:lang w:val="es-BO"/>
              </w:rPr>
            </w:pPr>
          </w:p>
        </w:tc>
      </w:tr>
      <w:tr w:rsidR="00677850" w:rsidRPr="003047F2" w14:paraId="46691C24" w14:textId="77777777" w:rsidTr="588E4E83">
        <w:tc>
          <w:tcPr>
            <w:tcW w:w="720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4465C43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12</w:t>
            </w:r>
          </w:p>
        </w:tc>
        <w:tc>
          <w:tcPr>
            <w:tcW w:w="1389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A4E33EF" w14:textId="7B265060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52B1723" w14:textId="626FEEBA" w:rsidR="00677850" w:rsidRPr="00C27D45" w:rsidRDefault="00677850" w:rsidP="588E4E83">
            <w:pPr>
              <w:jc w:val="center"/>
            </w:pPr>
          </w:p>
        </w:tc>
        <w:tc>
          <w:tcPr>
            <w:tcW w:w="460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1238637" w14:textId="384FA4BE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AE0A00E" w14:textId="492C01D8" w:rsidR="00677850" w:rsidRPr="003047F2" w:rsidRDefault="00677850" w:rsidP="588E4E83">
            <w:pPr>
              <w:rPr>
                <w:lang w:val="es-BO"/>
              </w:rPr>
            </w:pPr>
          </w:p>
        </w:tc>
      </w:tr>
      <w:tr w:rsidR="00677850" w:rsidRPr="003047F2" w14:paraId="3EA593F7" w14:textId="77777777" w:rsidTr="588E4E83">
        <w:tc>
          <w:tcPr>
            <w:tcW w:w="72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9697003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lastRenderedPageBreak/>
              <w:t>13</w:t>
            </w:r>
          </w:p>
        </w:tc>
        <w:tc>
          <w:tcPr>
            <w:tcW w:w="1389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CFB023F" w14:textId="4233408F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4921EF3" w14:textId="3DB0C99C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4BA380E" w14:textId="2D2D4B5C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7053A98" w14:textId="07E667EB" w:rsidR="00677850" w:rsidRPr="009462CA" w:rsidRDefault="00677850">
            <w:pPr>
              <w:rPr>
                <w:sz w:val="18"/>
                <w:szCs w:val="18"/>
                <w:lang w:val="es-BO"/>
              </w:rPr>
            </w:pPr>
          </w:p>
        </w:tc>
      </w:tr>
      <w:tr w:rsidR="00677850" w:rsidRPr="003047F2" w14:paraId="54871EC7" w14:textId="77777777" w:rsidTr="588E4E83">
        <w:tc>
          <w:tcPr>
            <w:tcW w:w="720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12A2DCA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14</w:t>
            </w:r>
          </w:p>
        </w:tc>
        <w:tc>
          <w:tcPr>
            <w:tcW w:w="1389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A2B8E06" w14:textId="2164A4D1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3F46EE4" w14:textId="55F133FF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34F24A2" w14:textId="1F8BEC33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E3CFB73" w14:textId="43409474" w:rsidR="00677850" w:rsidRPr="003047F2" w:rsidRDefault="00677850" w:rsidP="588E4E83">
            <w:pPr>
              <w:rPr>
                <w:lang w:val="es-BO"/>
              </w:rPr>
            </w:pPr>
          </w:p>
        </w:tc>
      </w:tr>
      <w:tr w:rsidR="00677850" w:rsidRPr="009462CA" w14:paraId="699249F3" w14:textId="77777777" w:rsidTr="588E4E83">
        <w:tc>
          <w:tcPr>
            <w:tcW w:w="72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EB4AB62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15</w:t>
            </w:r>
          </w:p>
        </w:tc>
        <w:tc>
          <w:tcPr>
            <w:tcW w:w="1389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41FA871" w14:textId="147BCEFC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D8DC8B9" w14:textId="70194513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35A3A99" w14:textId="64A02E33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786CDCE" w14:textId="2D139DF9" w:rsidR="00677850" w:rsidRPr="00472125" w:rsidRDefault="00677850">
            <w:pPr>
              <w:rPr>
                <w:sz w:val="18"/>
                <w:szCs w:val="18"/>
                <w:lang w:val="es-BO"/>
              </w:rPr>
            </w:pPr>
          </w:p>
        </w:tc>
      </w:tr>
      <w:tr w:rsidR="00677850" w:rsidRPr="003047F2" w14:paraId="349AA42F" w14:textId="77777777" w:rsidTr="588E4E83">
        <w:tc>
          <w:tcPr>
            <w:tcW w:w="720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C2BE19F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16</w:t>
            </w:r>
          </w:p>
        </w:tc>
        <w:tc>
          <w:tcPr>
            <w:tcW w:w="1389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A7B4B48" w14:textId="316B105E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703DDAD" w14:textId="081BE69F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A5C0B7E" w14:textId="288B6E87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831ABDA" w14:textId="6CC04E5E" w:rsidR="00677850" w:rsidRPr="009462CA" w:rsidRDefault="00677850">
            <w:pPr>
              <w:rPr>
                <w:lang w:val="es-BO"/>
              </w:rPr>
            </w:pPr>
          </w:p>
        </w:tc>
      </w:tr>
      <w:tr w:rsidR="00677850" w:rsidRPr="003047F2" w14:paraId="4F0ADD6F" w14:textId="77777777" w:rsidTr="588E4E83">
        <w:tc>
          <w:tcPr>
            <w:tcW w:w="72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B997EAF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17</w:t>
            </w:r>
          </w:p>
        </w:tc>
        <w:tc>
          <w:tcPr>
            <w:tcW w:w="1389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A9DD0B9" w14:textId="4B966DB5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35D182E" w14:textId="5D958183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57587C9" w14:textId="7CC2F09C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8E6F325" w14:textId="6D8733A2" w:rsidR="00677850" w:rsidRPr="009462CA" w:rsidRDefault="00677850">
            <w:pPr>
              <w:rPr>
                <w:lang w:val="es-BO"/>
              </w:rPr>
            </w:pPr>
          </w:p>
        </w:tc>
      </w:tr>
      <w:tr w:rsidR="00677850" w:rsidRPr="003047F2" w14:paraId="257163A8" w14:textId="77777777" w:rsidTr="588E4E83">
        <w:tc>
          <w:tcPr>
            <w:tcW w:w="720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EDDC310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18</w:t>
            </w:r>
          </w:p>
        </w:tc>
        <w:tc>
          <w:tcPr>
            <w:tcW w:w="1389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91318D" w14:textId="42D5AF4C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926C80F" w14:textId="7885DF55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FD5DF7C" w14:textId="2458AA31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AEB7196" w14:textId="64FBA0E7" w:rsidR="00677850" w:rsidRPr="009462CA" w:rsidRDefault="00677850">
            <w:pPr>
              <w:rPr>
                <w:lang w:val="es-BO"/>
              </w:rPr>
            </w:pPr>
          </w:p>
        </w:tc>
      </w:tr>
      <w:tr w:rsidR="00677850" w:rsidRPr="003047F2" w14:paraId="27A6DE56" w14:textId="77777777" w:rsidTr="588E4E83">
        <w:tc>
          <w:tcPr>
            <w:tcW w:w="72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A08E78C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19</w:t>
            </w:r>
          </w:p>
        </w:tc>
        <w:tc>
          <w:tcPr>
            <w:tcW w:w="1389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2A78C3A" w14:textId="6CCE7063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0BB408C" w14:textId="7B39A07A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AA80C87" w14:textId="598916B9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F596CC" w14:textId="1AB2D459" w:rsidR="00677850" w:rsidRPr="00472125" w:rsidRDefault="00677850">
            <w:pPr>
              <w:rPr>
                <w:sz w:val="18"/>
                <w:szCs w:val="18"/>
                <w:lang w:val="es-BO"/>
              </w:rPr>
            </w:pPr>
          </w:p>
        </w:tc>
      </w:tr>
      <w:tr w:rsidR="00677850" w:rsidRPr="003047F2" w14:paraId="52E3F909" w14:textId="77777777" w:rsidTr="588E4E83">
        <w:tc>
          <w:tcPr>
            <w:tcW w:w="720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7AC54FF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20</w:t>
            </w:r>
          </w:p>
        </w:tc>
        <w:tc>
          <w:tcPr>
            <w:tcW w:w="1389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945869D" w14:textId="0AE44DE3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B4A15EB" w14:textId="009FBB62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437ACE4" w14:textId="7BEAFAAD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6F07C7A" w14:textId="46BA80C6" w:rsidR="00677850" w:rsidRPr="009462CA" w:rsidRDefault="00677850">
            <w:pPr>
              <w:rPr>
                <w:lang w:val="es-BO"/>
              </w:rPr>
            </w:pPr>
          </w:p>
        </w:tc>
      </w:tr>
      <w:tr w:rsidR="00677850" w:rsidRPr="003047F2" w14:paraId="7071ACD0" w14:textId="77777777" w:rsidTr="588E4E83">
        <w:tc>
          <w:tcPr>
            <w:tcW w:w="72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ED5A843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21</w:t>
            </w:r>
          </w:p>
        </w:tc>
        <w:tc>
          <w:tcPr>
            <w:tcW w:w="1389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5A4CB96" w14:textId="135348E3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E230AA5" w14:textId="05EA9498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15C048D" w14:textId="3A4F0E76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227804B" w14:textId="4C4626E5" w:rsidR="00677850" w:rsidRPr="009462CA" w:rsidRDefault="00677850" w:rsidP="00C27D45">
            <w:pPr>
              <w:rPr>
                <w:lang w:val="es-BO"/>
              </w:rPr>
            </w:pPr>
          </w:p>
        </w:tc>
      </w:tr>
      <w:tr w:rsidR="00677850" w:rsidRPr="003047F2" w14:paraId="34A37ED5" w14:textId="77777777" w:rsidTr="588E4E83">
        <w:tc>
          <w:tcPr>
            <w:tcW w:w="720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3FF933C" w14:textId="77777777" w:rsidR="00677850" w:rsidRDefault="009C1DC2">
            <w:pPr>
              <w:jc w:val="center"/>
            </w:pPr>
            <w:r>
              <w:rPr>
                <w:color w:val="282828"/>
                <w:sz w:val="19"/>
              </w:rPr>
              <w:t>22</w:t>
            </w:r>
          </w:p>
        </w:tc>
        <w:tc>
          <w:tcPr>
            <w:tcW w:w="1389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EC03F63" w14:textId="4A396612" w:rsidR="00677850" w:rsidRDefault="00677850">
            <w:pPr>
              <w:jc w:val="center"/>
            </w:pPr>
          </w:p>
        </w:tc>
        <w:tc>
          <w:tcPr>
            <w:tcW w:w="221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4C8399" w14:textId="050920BB" w:rsidR="00677850" w:rsidRDefault="00677850">
            <w:pPr>
              <w:jc w:val="center"/>
            </w:pPr>
          </w:p>
        </w:tc>
        <w:tc>
          <w:tcPr>
            <w:tcW w:w="460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26134C4" w14:textId="4DB071C3" w:rsidR="00677850" w:rsidRPr="009462CA" w:rsidRDefault="00677850">
            <w:pPr>
              <w:rPr>
                <w:lang w:val="es-BO"/>
              </w:rPr>
            </w:pPr>
          </w:p>
        </w:tc>
        <w:tc>
          <w:tcPr>
            <w:tcW w:w="4091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631EED0" w14:textId="7D1FF2BF" w:rsidR="00677850" w:rsidRPr="00472125" w:rsidRDefault="00677850">
            <w:pPr>
              <w:rPr>
                <w:sz w:val="18"/>
                <w:szCs w:val="18"/>
                <w:lang w:val="es-BO"/>
              </w:rPr>
            </w:pPr>
          </w:p>
        </w:tc>
      </w:tr>
    </w:tbl>
    <w:p w14:paraId="7F457230" w14:textId="77777777" w:rsidR="00E239F0" w:rsidRPr="009462CA" w:rsidRDefault="00E239F0">
      <w:pPr>
        <w:rPr>
          <w:lang w:val="es-BO"/>
        </w:rPr>
      </w:pPr>
    </w:p>
    <w:sectPr w:rsidR="00E239F0" w:rsidRPr="009462CA" w:rsidSect="00907B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7111412">
    <w:abstractNumId w:val="8"/>
  </w:num>
  <w:num w:numId="2" w16cid:durableId="314457023">
    <w:abstractNumId w:val="6"/>
  </w:num>
  <w:num w:numId="3" w16cid:durableId="765884222">
    <w:abstractNumId w:val="5"/>
  </w:num>
  <w:num w:numId="4" w16cid:durableId="258608112">
    <w:abstractNumId w:val="4"/>
  </w:num>
  <w:num w:numId="5" w16cid:durableId="2030259471">
    <w:abstractNumId w:val="7"/>
  </w:num>
  <w:num w:numId="6" w16cid:durableId="797142973">
    <w:abstractNumId w:val="3"/>
  </w:num>
  <w:num w:numId="7" w16cid:durableId="1399937146">
    <w:abstractNumId w:val="2"/>
  </w:num>
  <w:num w:numId="8" w16cid:durableId="486821375">
    <w:abstractNumId w:val="1"/>
  </w:num>
  <w:num w:numId="9" w16cid:durableId="185973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6BCB"/>
    <w:rsid w:val="0029639D"/>
    <w:rsid w:val="002B5A87"/>
    <w:rsid w:val="003047F2"/>
    <w:rsid w:val="00306621"/>
    <w:rsid w:val="00326F90"/>
    <w:rsid w:val="00366A74"/>
    <w:rsid w:val="00423CF8"/>
    <w:rsid w:val="00472125"/>
    <w:rsid w:val="004A6B48"/>
    <w:rsid w:val="004C2F39"/>
    <w:rsid w:val="0052038F"/>
    <w:rsid w:val="0059097F"/>
    <w:rsid w:val="005B78ED"/>
    <w:rsid w:val="00677850"/>
    <w:rsid w:val="006B2031"/>
    <w:rsid w:val="006F766B"/>
    <w:rsid w:val="008D0D3B"/>
    <w:rsid w:val="00907B55"/>
    <w:rsid w:val="009313C8"/>
    <w:rsid w:val="009462CA"/>
    <w:rsid w:val="009C1DC2"/>
    <w:rsid w:val="00AA1D8D"/>
    <w:rsid w:val="00AA65C3"/>
    <w:rsid w:val="00B01678"/>
    <w:rsid w:val="00B47730"/>
    <w:rsid w:val="00C27D45"/>
    <w:rsid w:val="00C6201F"/>
    <w:rsid w:val="00CB0664"/>
    <w:rsid w:val="00E239F0"/>
    <w:rsid w:val="00E40B85"/>
    <w:rsid w:val="00E6718B"/>
    <w:rsid w:val="00FC693F"/>
    <w:rsid w:val="07B18B19"/>
    <w:rsid w:val="10F4F42A"/>
    <w:rsid w:val="1632517E"/>
    <w:rsid w:val="18BBE590"/>
    <w:rsid w:val="2126F4E1"/>
    <w:rsid w:val="2BE260B4"/>
    <w:rsid w:val="2C1BEB72"/>
    <w:rsid w:val="2E9B7DB9"/>
    <w:rsid w:val="3FE90FB9"/>
    <w:rsid w:val="4B1B2EF4"/>
    <w:rsid w:val="4F4B9780"/>
    <w:rsid w:val="50CCBA33"/>
    <w:rsid w:val="57C533AB"/>
    <w:rsid w:val="588E4E83"/>
    <w:rsid w:val="5EAB1BA9"/>
    <w:rsid w:val="6B7402DC"/>
    <w:rsid w:val="73078993"/>
    <w:rsid w:val="79B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5822D"/>
  <w14:defaultImageDpi w14:val="300"/>
  <w15:docId w15:val="{01BAA61D-DE5D-490D-807F-BD4685DF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76B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76BC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76BCB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6BC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76BC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3acf85-0e68-4487-994f-0aa7d455efaf"/>
    <lcf76f155ced4ddcb4097134ff3c332f xmlns="384d025f-318b-4db9-93d9-aced15fcde4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A1140DEBDEE458598824B9EDB665A" ma:contentTypeVersion="16" ma:contentTypeDescription="Ein neues Dokument erstellen." ma:contentTypeScope="" ma:versionID="7130d06335c081b32c2afc99df15c00b">
  <xsd:schema xmlns:xsd="http://www.w3.org/2001/XMLSchema" xmlns:xs="http://www.w3.org/2001/XMLSchema" xmlns:p="http://schemas.microsoft.com/office/2006/metadata/properties" xmlns:ns2="384d025f-318b-4db9-93d9-aced15fcde4e" xmlns:ns3="373acf85-0e68-4487-994f-0aa7d455efaf" targetNamespace="http://schemas.microsoft.com/office/2006/metadata/properties" ma:root="true" ma:fieldsID="210882e958910cf0d5b741755b794908" ns2:_="" ns3:_="">
    <xsd:import namespace="384d025f-318b-4db9-93d9-aced15fcde4e"/>
    <xsd:import namespace="373acf85-0e68-4487-994f-0aa7d455e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d025f-318b-4db9-93d9-aced15fcd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acf85-0e68-4487-994f-0aa7d455ef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670ffd-1b66-4805-a15a-48db1d7b0cd0}" ma:internalName="TaxCatchAll" ma:showField="CatchAllData" ma:web="373acf85-0e68-4487-994f-0aa7d455ef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EE05E3-78C8-44C7-A1F9-763A3CFB4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C55DCE-4AD8-4310-A872-A63F203F1D0B}">
  <ds:schemaRefs>
    <ds:schemaRef ds:uri="http://schemas.microsoft.com/office/2006/metadata/properties"/>
    <ds:schemaRef ds:uri="http://schemas.microsoft.com/office/infopath/2007/PartnerControls"/>
    <ds:schemaRef ds:uri="373acf85-0e68-4487-994f-0aa7d455efaf"/>
    <ds:schemaRef ds:uri="384d025f-318b-4db9-93d9-aced15fcde4e"/>
  </ds:schemaRefs>
</ds:datastoreItem>
</file>

<file path=customXml/itemProps4.xml><?xml version="1.0" encoding="utf-8"?>
<ds:datastoreItem xmlns:ds="http://schemas.openxmlformats.org/officeDocument/2006/customXml" ds:itemID="{53B8ED4B-46EB-4234-B6FE-8CDBB34A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4d025f-318b-4db9-93d9-aced15fcde4e"/>
    <ds:schemaRef ds:uri="373acf85-0e68-4487-994f-0aa7d455ef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578</Characters>
  <Application>Microsoft Office Word</Application>
  <DocSecurity>4</DocSecurity>
  <Lines>4</Lines>
  <Paragraphs>1</Paragraphs>
  <ScaleCrop>false</ScaleCrop>
  <Manager/>
  <Company/>
  <LinksUpToDate>false</LinksUpToDate>
  <CharactersWithSpaces>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Marquez, Lizeth GIZ BO</cp:lastModifiedBy>
  <cp:revision>2</cp:revision>
  <dcterms:created xsi:type="dcterms:W3CDTF">2026-07-23T00:55:00Z</dcterms:created>
  <dcterms:modified xsi:type="dcterms:W3CDTF">2026-07-23T00:55:00Z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0x01010006FA1140DEBDEE458598824B9EDB665A</vt:lpwstr>
  </property>
  <property fmtid="{D5CDD505-2E9C-101B-9397-08002B2CF9AE}" pid="3" name="MediaServiceImageTags">
    <vt:lpwstr/>
  </property>
</Properties>
</file>